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Claude Code 接入 99Off.net</w:t>
      </w:r>
    </w:p>
    <w:p>
      <w:r>
        <w:t>VS Code 扩展、Anthropic Messages 网关和逐步验证</w:t>
      </w:r>
    </w:p>
    <w:p>
      <w:pPr>
        <w:pStyle w:val="Heading1"/>
      </w:pPr>
      <w:r>
        <w:t>1  安装 Claude Code 扩展</w:t>
      </w:r>
    </w:p>
    <w:p>
      <w:r>
        <w:t>在 VS Code 扩展商店安装官方 Claude Code 扩展，并确认扩展已启用。如已安装，直接进入下一步。</w:t>
      </w:r>
    </w:p>
    <w:p>
      <w:pPr>
        <w:pStyle w:val="Heading1"/>
      </w:pPr>
      <w:r>
        <w:t>2  创建 API Key</w:t>
      </w:r>
    </w:p>
    <w:p>
      <w:r>
        <w:t>打开 https://api.99off.net，登录控制台，在“令牌管理”新建令牌。选择 default 分组，确认令牌具有 claude-opus-5-5 模型权限。复制实际 Key，不要把 Key 提交到 Git 仓库或共享配置。</w:t>
      </w:r>
    </w:p>
    <w:p>
      <w:pPr>
        <w:pStyle w:val="Heading1"/>
      </w:pPr>
      <w:r>
        <w:t>3  设置 VS Code 扩展环境</w:t>
      </w:r>
    </w:p>
    <w:p>
      <w:r>
        <w:t>打开 VS Code 用户设置 JSON；如果已有设置，请仅合并 claudeCode.environmentVariables，保留其他字段。将下面的占位符替换为实际 Key。Anthropic Base URL 不带 /v1，扩展会调用 /v1/messages。</w:t>
      </w:r>
    </w:p>
    <w:p>
      <w:pPr>
        <w:pStyle w:val="NoSpacing"/>
        <w:spacing w:after="100"/>
      </w:pPr>
      <w:r>
        <w:rPr>
          <w:rFonts w:ascii="Consolas" w:hAnsi="Consolas"/>
          <w:sz w:val="16"/>
        </w:rPr>
        <w:t>{</w:t>
        <w:br/>
      </w:r>
      <w:r>
        <w:rPr>
          <w:rFonts w:ascii="Consolas" w:hAnsi="Consolas"/>
          <w:sz w:val="16"/>
        </w:rPr>
        <w:t xml:space="preserve">  "claudeCode.environmentVariables": [</w:t>
        <w:br/>
      </w:r>
      <w:r>
        <w:rPr>
          <w:rFonts w:ascii="Consolas" w:hAnsi="Consolas"/>
          <w:sz w:val="16"/>
        </w:rPr>
        <w:t xml:space="preserve">    {"name": "ANTHROPIC_BASE_URL", "value": "https://api.99off.net"},</w:t>
        <w:br/>
      </w:r>
      <w:r>
        <w:rPr>
          <w:rFonts w:ascii="Consolas" w:hAnsi="Consolas"/>
          <w:sz w:val="16"/>
        </w:rPr>
        <w:t xml:space="preserve">    {"name": "ANTHROPIC_AUTH_TOKEN", "value": "YOUR_99OFF_API_KEY"}</w:t>
        <w:br/>
      </w:r>
      <w:r>
        <w:rPr>
          <w:rFonts w:ascii="Consolas" w:hAnsi="Consolas"/>
          <w:sz w:val="16"/>
        </w:rPr>
        <w:t xml:space="preserve">  ]</w:t>
        <w:br/>
      </w:r>
      <w:r>
        <w:rPr>
          <w:rFonts w:ascii="Consolas" w:hAnsi="Consolas"/>
          <w:sz w:val="16"/>
        </w:rPr>
        <w:t>}</w:t>
        <w:br/>
      </w:r>
    </w:p>
    <w:p>
      <w:pPr>
        <w:pStyle w:val="Heading1"/>
      </w:pPr>
      <w:r>
        <w:t>4  重载并验证</w:t>
      </w:r>
    </w:p>
    <w:p>
      <w:r>
        <w:t>保存设置后执行 VS Code 的 Reload Window，打开新的 Claude Code 会话，选择控制台可用的 claude-opus-5-5，发送简短消息确认收到回复。模型与分组以控制台当前可用范围为准。</w:t>
      </w:r>
    </w:p>
    <w:p>
      <w:pPr>
        <w:pStyle w:val="Heading1"/>
      </w:pPr>
      <w:r>
        <w:t>常见问题</w:t>
      </w:r>
    </w:p>
    <w:p>
      <w:r>
        <w:t>401：检查实际 Key 是否完整且已启用；模型不可用：确认令牌属于 default 分组，并使用精确模型名。网络错误：检查 ANTHROPIC_BASE_URL 是否为 https://api.99off.net，不要在末尾重复添加 /v1/messages。</w:t>
      </w:r>
    </w:p>
    <w:p>
      <w:r>
        <w:t>完整网页指南：https://doc.99off.net/claude-code.html。请勿将真实 Key 发送给技术支持。</w:t>
      </w:r>
    </w:p>
    <w:sectPr w:rsidR="00FC693F" w:rsidRPr="0006063C" w:rsidSect="00034616">
      <w:footerReference w:type="default" r:id="rId9"/>
      <w:pgSz w:w="12240" w:h="15840"/>
      <w:pgMar w:top="879" w:right="1134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99Off.net  |  https://doc.99off.net  |  2026-10-25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Microsoft YaHei" w:hAnsi="Microsoft YaHei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/>
      <w:b/>
      <w:bCs/>
      <w:color w:val="C62A39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/>
      <w:b/>
      <w:bCs/>
      <w:color w:val="C62A39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/>
      <w:color w:val="C62A39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Claude Code 接入 99Off.net</dc:title>
  <dc:subject>99Off.net API documentation</dc:subject>
  <dc:creator>99Off.net</dc:creator>
  <cp:keywords>99Off.net,api.99off.net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